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0"/>
        <w:jc w:val="center"/>
      </w:pPr>
      <w:r>
        <w:rPr>
          <w:b/>
          <w:sz w:val="28"/>
        </w:rPr>
        <w:t>FitPraha kurzy s. r. o.</w:t>
      </w:r>
    </w:p>
    <w:p>
      <w:pPr>
        <w:spacing w:before="2800"/>
        <w:jc w:val="center"/>
      </w:pPr>
      <w:r>
        <w:rPr>
          <w:b/>
          <w:sz w:val="44"/>
        </w:rPr>
        <w:t>ZÁVĚREČNÁ PRÁCE</w:t>
      </w:r>
    </w:p>
    <w:p>
      <w:pPr>
        <w:spacing w:before="240"/>
        <w:jc w:val="center"/>
      </w:pPr>
      <w:r>
        <w:rPr>
          <w:b w:val="0"/>
          <w:sz w:val="28"/>
        </w:rPr>
        <w:t>Tréninkový plán pro [jméno klienta]</w:t>
      </w:r>
    </w:p>
    <w:p>
      <w:pPr>
        <w:spacing w:before="4000"/>
        <w:jc w:val="center"/>
      </w:pPr>
      <w:r>
        <w:rPr>
          <w:b w:val="0"/>
          <w:sz w:val="24"/>
        </w:rPr>
        <w:t>Kurz: Osobní trenér ve fitness</w:t>
      </w:r>
    </w:p>
    <w:p>
      <w:pPr>
        <w:spacing w:before="0"/>
        <w:jc w:val="center"/>
      </w:pPr>
      <w:r>
        <w:rPr>
          <w:b w:val="0"/>
          <w:sz w:val="24"/>
        </w:rPr>
        <w:t>Praha, 2026</w:t>
      </w:r>
    </w:p>
    <w:p>
      <w:pPr>
        <w:spacing w:before="0"/>
        <w:jc w:val="center"/>
      </w:pPr>
      <w:r>
        <w:rPr>
          <w:b/>
          <w:sz w:val="24"/>
        </w:rPr>
        <w:t>[Tvoje jméno a příjmení]</w:t>
      </w:r>
    </w:p>
    <w:p>
      <w:r>
        <w:br w:type="page"/>
      </w:r>
    </w:p>
    <w:p>
      <w:pPr>
        <w:pStyle w:val="Heading1"/>
      </w:pPr>
      <w:r>
        <w:t>Prohlášení</w:t>
      </w:r>
    </w:p>
    <w:p>
      <w:r>
        <w:t>Prohlašuji, že jsem svou závěrečnou práci vypracoval/a samostatně na základě vlastních teoretických a praktických poznatků a studia, pouze s použitím pramenů a literatury uvedených v seznamu použitých zdrojů.</w:t>
      </w:r>
    </w:p>
    <w:p>
      <w:pPr>
        <w:jc w:val="left"/>
      </w:pPr>
      <w:r>
        <w:br/>
        <w:br/>
        <w:t>V Praze dne ……………………</w:t>
        <w:tab/>
        <w:tab/>
        <w:tab/>
        <w:tab/>
        <w:t>…………………………………</w:t>
        <w:br/>
        <w:tab/>
        <w:tab/>
        <w:tab/>
        <w:tab/>
        <w:tab/>
        <w:tab/>
        <w:tab/>
        <w:tab/>
        <w:t>podpis</w:t>
      </w:r>
    </w:p>
    <w:p>
      <w:r>
        <w:br w:type="page"/>
      </w:r>
    </w:p>
    <w:p>
      <w:pPr>
        <w:pStyle w:val="Heading1"/>
      </w:pPr>
      <w:r>
        <w:t>Obsah</w:t>
      </w:r>
    </w:p>
    <w:p>
      <w:r>
        <w:rPr>
          <w:i/>
          <w:color w:val="808080"/>
        </w:rPr>
        <w:t>[ Ve Wordu: Reference → Obsah → Automatický obsah. Vloží se podle nadpisů níže. ]</w:t>
      </w:r>
    </w:p>
    <w:p>
      <w:r>
        <w:br w:type="page"/>
      </w:r>
    </w:p>
    <w:p>
      <w:pPr>
        <w:pStyle w:val="Heading1"/>
      </w:pPr>
      <w:r>
        <w:t>1 Základní kazuistika klienta</w:t>
      </w:r>
    </w:p>
    <w:p>
      <w:pPr>
        <w:pStyle w:val="Heading2"/>
      </w:pPr>
      <w:r>
        <w:t>1.1 Základní identifikační údaje</w:t>
      </w:r>
    </w:p>
    <w:p>
      <w:r>
        <w:rPr>
          <w:i/>
          <w:color w:val="808080"/>
        </w:rPr>
        <w:t>[ Jméno (stačí křestní nebo iniciály), věk, pohlaví, výška, hmotnost. ]</w:t>
      </w:r>
    </w:p>
    <w:p/>
    <w:p>
      <w:pPr>
        <w:pStyle w:val="Heading2"/>
      </w:pPr>
      <w:r>
        <w:t>1.2 Životní styl</w:t>
      </w:r>
    </w:p>
    <w:p>
      <w:r>
        <w:rPr>
          <w:i/>
          <w:color w:val="808080"/>
        </w:rPr>
        <w:t>[ Práce, volnočasové aktivity, spánek, stravovací návyky a pitný režim, stres. ]</w:t>
      </w:r>
    </w:p>
    <w:p/>
    <w:p>
      <w:pPr>
        <w:pStyle w:val="Heading2"/>
      </w:pPr>
      <w:r>
        <w:t>1.3 Zdravotní stav a historie zranění</w:t>
      </w:r>
    </w:p>
    <w:p>
      <w:r>
        <w:rPr>
          <w:i/>
          <w:color w:val="808080"/>
        </w:rPr>
        <w:t>[ Současné potíže, prodělaná zranění, operace, omezení. Při zdravotním problému: doporučení lékaře / fyzioterapeuta. ]</w:t>
      </w:r>
    </w:p>
    <w:p/>
    <w:p>
      <w:pPr>
        <w:pStyle w:val="Heading2"/>
      </w:pPr>
      <w:r>
        <w:t>1.4 Důvod spolupráce, cíle a očekávání</w:t>
      </w:r>
    </w:p>
    <w:p>
      <w:r>
        <w:rPr>
          <w:i/>
          <w:color w:val="808080"/>
        </w:rPr>
        <w:t>[ Proč přišel/a, co chce dosáhnout, v jakém čase. Cíl formuluj konkrétně a měřitelně. ]</w:t>
      </w:r>
    </w:p>
    <w:p/>
    <w:p>
      <w:pPr>
        <w:pStyle w:val="Heading1"/>
      </w:pPr>
      <w:r>
        <w:t>2 Vstupní diagnostika pohybového aparátu</w:t>
      </w:r>
    </w:p>
    <w:p>
      <w:pPr>
        <w:pStyle w:val="Heading2"/>
      </w:pPr>
      <w:r>
        <w:t>2.1 Měření</w:t>
      </w:r>
    </w:p>
    <w:p>
      <w:r>
        <w:rPr>
          <w:i/>
          <w:color w:val="808080"/>
        </w:rPr>
        <w:t>[ Obvody, hmotnost, případně složení těla. ]</w:t>
      </w:r>
    </w:p>
    <w:p/>
    <w:p>
      <w:pPr>
        <w:pStyle w:val="Heading2"/>
      </w:pPr>
      <w:r>
        <w:t>2.2 Aspekce</w:t>
      </w:r>
    </w:p>
    <w:p>
      <w:r>
        <w:rPr>
          <w:i/>
          <w:color w:val="808080"/>
        </w:rPr>
        <w:t>[ Zepředu, z boku, zezadu. Doplň fotky. ]</w:t>
      </w:r>
    </w:p>
    <w:p/>
    <w:p>
      <w:pPr>
        <w:pStyle w:val="Heading2"/>
      </w:pPr>
      <w:r>
        <w:t>2.3 Dechový stereotyp a břišní válec</w:t>
      </w:r>
    </w:p>
    <w:p>
      <w:r>
        <w:rPr>
          <w:i/>
          <w:color w:val="808080"/>
        </w:rPr>
        <w:t>[ Popis testu a co jsi zjistil/a. ]</w:t>
      </w:r>
    </w:p>
    <w:p/>
    <w:p>
      <w:pPr>
        <w:pStyle w:val="Heading2"/>
      </w:pPr>
      <w:r>
        <w:t>2.4 Základní pohybové vzory</w:t>
      </w:r>
    </w:p>
    <w:p>
      <w:r>
        <w:rPr>
          <w:i/>
          <w:color w:val="808080"/>
        </w:rPr>
        <w:t>[ Dřep, klik/vzpor, flexe v rameni, stoj na jedné noze, rotace v kyčlích… ]</w:t>
      </w:r>
    </w:p>
    <w:p/>
    <w:p>
      <w:pPr>
        <w:pStyle w:val="Heading2"/>
      </w:pPr>
      <w:r>
        <w:t>2.5 Svalové testy</w:t>
      </w:r>
    </w:p>
    <w:p>
      <w:r>
        <w:rPr>
          <w:i/>
          <w:color w:val="808080"/>
        </w:rPr>
        <w:t>[ Zkrácené a oslabené svaly: prsní, vzpřimovače, čtyřhranný bederní, flexory kyčle, hamstringy, adduktory, lýtko, břišní a hýžďové svaly. ]</w:t>
      </w:r>
    </w:p>
    <w:p/>
    <w:p>
      <w:pPr>
        <w:pStyle w:val="Heading2"/>
      </w:pPr>
      <w:r>
        <w:t>2.6 Vyhodnocení diagnostiky</w:t>
      </w:r>
    </w:p>
    <w:p>
      <w:r>
        <w:rPr>
          <w:i/>
          <w:color w:val="808080"/>
        </w:rPr>
        <w:t>[ Shrň nálezy, odborně je popiš (latinské názvy svalů) a stanov postup: co protáhnout, co posílit, co hlídat. ]</w:t>
      </w:r>
    </w:p>
    <w:p/>
    <w:p>
      <w:pPr>
        <w:pStyle w:val="Heading1"/>
      </w:pPr>
      <w:r>
        <w:t>3 Tréninkový program</w:t>
      </w:r>
    </w:p>
    <w:p>
      <w:pPr>
        <w:pStyle w:val="Heading2"/>
      </w:pPr>
      <w:r>
        <w:t>3.1 Nastavení spolupráce</w:t>
      </w:r>
    </w:p>
    <w:p>
      <w:r>
        <w:rPr>
          <w:i/>
          <w:color w:val="808080"/>
        </w:rPr>
        <w:t>[ Časová dotace, délka spolupráce, cena, místo, forma (osobní / online). ]</w:t>
      </w:r>
    </w:p>
    <w:p/>
    <w:p>
      <w:pPr>
        <w:pStyle w:val="Heading2"/>
      </w:pPr>
      <w:r>
        <w:t>3.2 Týdenní tréninkový mikrocyklus</w:t>
      </w:r>
    </w:p>
    <w:p>
      <w:r>
        <w:rPr>
          <w:i/>
          <w:color w:val="808080"/>
        </w:rPr>
        <w:t>[ Tréninky A/B/…: warm-up, hlavní část (cvik, série, opakování, pauza, tempo), závěr. Ke cvikům hlavní části přidej vlastní fotky. ]</w:t>
      </w:r>
    </w:p>
    <w:p/>
    <w:p>
      <w:pPr>
        <w:pStyle w:val="Heading2"/>
      </w:pPr>
      <w:r>
        <w:t>3.3 Doporučení ke změně návyků</w:t>
      </w:r>
    </w:p>
    <w:p>
      <w:r>
        <w:rPr>
          <w:i/>
          <w:color w:val="808080"/>
        </w:rPr>
        <w:t>[ Pohyb mimo trénink, strava, pitný režim, spánek, regenerace (sauna, otužování…). ]</w:t>
      </w:r>
    </w:p>
    <w:p/>
    <w:p>
      <w:pPr>
        <w:pStyle w:val="Heading1"/>
      </w:pPr>
      <w:r>
        <w:t>Závěr</w:t>
      </w:r>
    </w:p>
    <w:p>
      <w:r>
        <w:rPr>
          <w:i/>
          <w:color w:val="808080"/>
        </w:rPr>
        <w:t>[ Zhodnocení celé práce: co jsi zjistil/a, proč jsi zvolil/a tento postup a co očekáváš. ]</w:t>
      </w:r>
    </w:p>
    <w:p/>
    <w:p>
      <w:pPr>
        <w:pStyle w:val="Heading1"/>
      </w:pPr>
      <w:r>
        <w:t>Seznam použitých zdrojů</w:t>
      </w:r>
    </w:p>
    <w:p>
      <w:r>
        <w:rPr>
          <w:i/>
          <w:color w:val="808080"/>
        </w:rPr>
        <w:t>[ Knihy, skripta, odborné články. Jednotně a úplně (autor, název, rok, vydavatel / odkaz). Neříkáme svůj názor, ale podložená fakta. ]</w:t>
      </w:r>
    </w:p>
    <w:p/>
    <w:p>
      <w:pPr>
        <w:pStyle w:val="Heading1"/>
      </w:pPr>
      <w:r>
        <w:t>Přílohy</w:t>
      </w:r>
    </w:p>
    <w:p>
      <w:r>
        <w:rPr>
          <w:i/>
          <w:color w:val="808080"/>
        </w:rPr>
        <w:t>[ Fotodokumentace diagnostiky, fotky cviků k tréninkovým plánům, vstupní dotazník. ]</w:t>
      </w:r>
    </w:p>
    <w:p/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20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